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Impressum</w:t>
      </w:r>
    </w:p>
    <w:p>
      <w:pPr>
        <w:jc w:val="left"/>
      </w:pPr>
      <w:r>
        <w:rPr>
          <w:b/>
          <w:color w:val="666666"/>
          <w:sz w:val="21"/>
        </w:rPr>
        <w:t>Angaben für completdent.de</w:t>
      </w:r>
    </w:p>
    <w:p>
      <w:pPr>
        <w:pStyle w:val="Heading1"/>
      </w:pPr>
      <w:r>
        <w:t>Angaben gemäß § 5 DDG</w:t>
      </w:r>
    </w:p>
    <w:p>
      <w:r>
        <w:rPr>
          <w:i w:val="0"/>
        </w:rPr>
        <w:t>White Complet Dent Plus Kft.</w:t>
        <w:br/>
        <w:t>Rechtsform: Korlátolt Felelősségű Társaság (ungarische Gesellschaft mit beschränkter Haftung)</w:t>
        <w:br/>
        <w:t>Sitz: 3066 Kutasó, Toldi utca 4., Ungarn</w:t>
        <w:br/>
        <w:t>Behandlungsanschrift: 1139 Budapest, Gömb utca 44., Ungarn</w:t>
      </w:r>
    </w:p>
    <w:p>
      <w:r>
        <w:rPr>
          <w:i w:val="0"/>
        </w:rPr>
        <w:t>Vertretungsberechtigt: [VOR VERÖFFENTLICHUNG laut aktuellem Handelsregister ergänzen]</w:t>
      </w:r>
    </w:p>
    <w:p>
      <w:pPr>
        <w:pStyle w:val="Heading1"/>
      </w:pPr>
      <w:r>
        <w:t>Registereintrag</w:t>
      </w:r>
    </w:p>
    <w:p>
      <w:r>
        <w:rPr>
          <w:i w:val="0"/>
        </w:rPr>
        <w:t>Handelsregister: [zuständiges ungarisches Registergericht ergänzen]</w:t>
        <w:br/>
        <w:t>Handelsregisternummer: 12-09-012585</w:t>
      </w:r>
    </w:p>
    <w:p>
      <w:pPr>
        <w:pStyle w:val="Heading1"/>
      </w:pPr>
      <w:r>
        <w:t>Umsatzsteuer</w:t>
      </w:r>
    </w:p>
    <w:p>
      <w:r>
        <w:rPr>
          <w:i w:val="0"/>
        </w:rPr>
        <w:t>Umsatzsteuer-Identifikationsnummer: HU24883304</w:t>
      </w:r>
    </w:p>
    <w:p>
      <w:pPr>
        <w:pStyle w:val="Heading1"/>
      </w:pPr>
      <w:r>
        <w:t>Kontakt</w:t>
      </w:r>
    </w:p>
    <w:p>
      <w:r>
        <w:rPr>
          <w:i w:val="0"/>
        </w:rPr>
        <w:t>E-Mail: info@completdent.de</w:t>
        <w:br/>
        <w:t>Telefon: +36 30 244 4152</w:t>
        <w:br/>
        <w:t>Kostenlose Rufnummer: 00 800 844 28282</w:t>
      </w:r>
    </w:p>
    <w:p>
      <w:pPr>
        <w:pStyle w:val="Heading1"/>
      </w:pPr>
      <w:r>
        <w:t>Berufs- und aufsichtsrechtliche Angaben</w:t>
      </w:r>
    </w:p>
    <w:p>
      <w:r>
        <w:rPr>
          <w:i w:val="0"/>
        </w:rPr>
        <w:t>Zuständige Aufsichtsbehörde: [VOR VERÖFFENTLICHUNG ergänzen]</w:t>
        <w:br/>
        <w:t>Aktuelle Betriebserlaubnis / Genehmigungsnummer: [VOR VERÖFFENTLICHUNG ergänzen]</w:t>
        <w:br/>
        <w:t>Die zahnmedizinischen Leistungen werden am Behandlungsstandort in Budapest nach den in Ungarn geltenden berufs- und gesundheitsrechtlichen Vorschriften erbracht.</w:t>
      </w:r>
    </w:p>
    <w:p>
      <w:pPr>
        <w:pStyle w:val="Heading1"/>
      </w:pPr>
      <w:r>
        <w:t>Redaktionell verantwortlich</w:t>
      </w:r>
    </w:p>
    <w:p>
      <w:r>
        <w:rPr>
          <w:i w:val="0"/>
        </w:rPr>
        <w:t>Soweit auf der Website journalistisch-redaktionelle Inhalte im Sinne des § 18 Abs. 2 MStV angeboten werden:</w:t>
        <w:br/>
        <w:t>[Name der verantwortlichen natürlichen Person]</w:t>
        <w:br/>
        <w:t>[ladungsfähige Anschrift]</w:t>
      </w:r>
    </w:p>
    <w:p>
      <w:pPr>
        <w:pStyle w:val="Heading1"/>
      </w:pPr>
      <w:r>
        <w:t>Hinweis zu externen Links</w:t>
      </w:r>
    </w:p>
    <w:p>
      <w:r>
        <w:rPr>
          <w:i w:val="0"/>
        </w:rPr>
        <w:t>Für Inhalte externer Webseiten, auf die wir verlinken, sind deren jeweilige Betreiber verantwortlich. Bei Kenntnis konkreter Rechtsverletzungen werden entsprechende Links geprüft und erforderlichenfalls entfernt.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984" w:right="1134" w:bottom="1134" w:left="1134" w:header="198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087"/>
      <w:gridCol w:w="2551"/>
    </w:tblGrid>
    <w:tr>
      <w:tc>
        <w:tcPr>
          <w:tcW w:type="dxa" w:w="4819"/>
          <w:tcBorders>
            <w:top w:val="single" w:sz="12" w:color="1976B3"/>
          </w:tcBorders>
        </w:tcPr>
        <w:p>
          <w:pPr>
            <w:jc w:val="left"/>
          </w:pPr>
          <w:r>
            <w:rPr>
              <w:rFonts w:ascii="Noto Sans" w:hAnsi="Noto Sans"/>
              <w:color w:val="666666"/>
              <w:sz w:val="14"/>
            </w:rPr>
            <w:t>completdent.de  |  info@completdent.de  |  +36 30 244 4152</w:t>
            <w:br/>
            <w:t>CompletDent Zahnklinik · 1139 Budapest, Gömb utca 44., Ungarn</w:t>
          </w:r>
        </w:p>
      </w:tc>
      <w:tc>
        <w:tcPr>
          <w:tcW w:type="dxa" w:w="4819"/>
          <w:tcBorders>
            <w:top w:val="single" w:sz="12" w:color="1976B3"/>
          </w:tcBorders>
        </w:tcPr>
        <w:p>
          <w:pPr>
            <w:jc w:val="right"/>
          </w:pPr>
          <w:r>
            <w:rPr>
              <w:rFonts w:ascii="Noto Sans" w:hAnsi="Noto Sans"/>
              <w:color w:val="666666"/>
              <w:sz w:val="14"/>
            </w:rPr>
            <w:t>DE-2026-09-19</w:t>
            <w:br/>
          </w:r>
          <w:r>
            <w:t xml:space="preserve">Seite </w:t>
          </w:r>
          <w:fldSimple w:instr="PAGE">
            <w:r>
              <w:t>1</w:t>
            </w:r>
          </w:fldSimple>
          <w:r>
            <w:t xml:space="preserve"> / </w:t>
          </w:r>
          <w:fldSimple w:instr="NUMPAGES">
            <w:r>
              <w:t>1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4176000" cy="104357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mpletdent_header_colo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6000" cy="104357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Noto Sans" w:hAnsi="Noto Sans"/>
      <w:color w:val="3036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76B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30363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" w:hAnsi="Noto Sans"/>
      <w:b/>
      <w:bCs/>
      <w:color w:val="30363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76B3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